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0E1534"/>
          <w:sz w:val="40"/>
        </w:rPr>
        <w:t>Отчёт раз в две недели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color w:val="71788C"/>
                <w:sz w:val="15"/>
              </w:rPr>
              <w:t>УЧИТЕЛЬ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ШКОЛА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КЛАСС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ДАТЫ</w:t>
            </w:r>
          </w:p>
        </w:tc>
      </w:tr>
      <w:tr>
        <w:trPr>
          <w:trHeight w:val="454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 w:before="120"/>
      </w:pPr>
      <w:r>
        <w:rPr>
          <w:b w:val="0"/>
          <w:color w:val="0E1534"/>
          <w:sz w:val="18"/>
        </w:rPr>
        <w:t>Около 10 минут. Учеников называйте только по имени или инициалам: никогда не пишите фамилию, логин или пароль.</w:t>
      </w:r>
    </w:p>
    <w:p>
      <w:pPr>
        <w:spacing w:after="0" w:before="160"/>
      </w:pPr>
      <w:r>
        <w:rPr>
          <w:b/>
          <w:color w:val="0E1534"/>
          <w:sz w:val="24"/>
        </w:rPr>
        <w:t>1. Класс в целом</w:t>
      </w:r>
    </w:p>
    <w:p>
      <w:pPr>
        <w:spacing w:after="60" w:before="0"/>
      </w:pPr>
      <w:r>
        <w:rPr>
          <w:b w:val="0"/>
          <w:color w:val="71788C"/>
          <w:sz w:val="18"/>
        </w:rPr>
        <w:t>Цифры возьмите с панели класса.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color w:val="71788C"/>
                <w:sz w:val="15"/>
              </w:rPr>
              <w:t>ПО ПЛАНУ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ОТСТАЮТ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ЗАСТРЯЛИ</w:t>
            </w:r>
          </w:p>
        </w:tc>
        <w:tc>
          <w:tcPr>
            <w:tcW w:type="dxa" w:w="2466"/>
          </w:tcPr>
          <w:p>
            <w:r>
              <w:rPr>
                <w:color w:val="71788C"/>
                <w:sz w:val="15"/>
              </w:rPr>
              <w:t>НЕ НАЧАЛИ</w:t>
            </w:r>
          </w:p>
        </w:tc>
      </w:tr>
      <w:tr>
        <w:trPr>
          <w:trHeight w:val="454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2. Кому понадобилась помощь</w:t>
      </w:r>
    </w:p>
    <w:p>
      <w:pPr>
        <w:spacing w:after="60" w:before="0"/>
      </w:pPr>
      <w:r>
        <w:rPr>
          <w:b w:val="0"/>
          <w:color w:val="71788C"/>
          <w:sz w:val="18"/>
        </w:rPr>
        <w:t>По одной строке: проблема, что вы сделали, какой пока результат.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1361"/>
        <w:gridCol w:w="2835"/>
        <w:gridCol w:w="2835"/>
        <w:gridCol w:w="2835"/>
      </w:tblGrid>
      <w:tr>
        <w:tc>
          <w:tcPr>
            <w:tcW w:type="dxa" w:w="1361"/>
          </w:tcPr>
          <w:p>
            <w:r>
              <w:rPr>
                <w:color w:val="71788C"/>
                <w:sz w:val="15"/>
              </w:rPr>
              <w:t>УЧЕНИК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ПРОБЛЕМА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ЧТО ВЫ СДЕЛАЛИ</w:t>
            </w:r>
          </w:p>
        </w:tc>
        <w:tc>
          <w:tcPr>
            <w:tcW w:type="dxa" w:w="2835"/>
          </w:tcPr>
          <w:p>
            <w:r>
              <w:rPr>
                <w:color w:val="71788C"/>
                <w:sz w:val="15"/>
              </w:rPr>
              <w:t>РЕЗУЛЬТАТ ПОКА</w:t>
            </w:r>
          </w:p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425"/>
        </w:trPr>
        <w:tc>
          <w:tcPr>
            <w:tcW w:type="dxa" w:w="1361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3. Технические проблемы</w:t>
      </w:r>
    </w:p>
    <w:p>
      <w:pPr>
        <w:spacing w:after="60" w:before="0"/>
      </w:pPr>
      <w:r>
        <w:rPr>
          <w:b w:val="0"/>
          <w:color w:val="71788C"/>
          <w:sz w:val="18"/>
        </w:rPr>
        <w:t>Что сломалось, кому вы сообщили и исправлено ли.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3061"/>
        <w:gridCol w:w="2041"/>
      </w:tblGrid>
      <w:tr>
        <w:tc>
          <w:tcPr>
            <w:tcW w:type="dxa" w:w="4762"/>
          </w:tcPr>
          <w:p>
            <w:r>
              <w:rPr>
                <w:color w:val="71788C"/>
                <w:sz w:val="15"/>
              </w:rPr>
              <w:t>ЧТО СЛОМАЛОСЬ</w:t>
            </w:r>
          </w:p>
        </w:tc>
        <w:tc>
          <w:tcPr>
            <w:tcW w:type="dxa" w:w="3061"/>
          </w:tcPr>
          <w:p>
            <w:r>
              <w:rPr>
                <w:color w:val="71788C"/>
                <w:sz w:val="15"/>
              </w:rPr>
              <w:t>КОМУ СООБЩИЛИ</w:t>
            </w:r>
          </w:p>
        </w:tc>
        <w:tc>
          <w:tcPr>
            <w:tcW w:type="dxa" w:w="2041"/>
          </w:tcPr>
          <w:p>
            <w:r>
              <w:rPr>
                <w:color w:val="71788C"/>
                <w:sz w:val="15"/>
              </w:rPr>
              <w:t>ИСПРАВЛЕНО?</w:t>
            </w:r>
          </w:p>
        </w:tc>
      </w:tr>
      <w:tr>
        <w:trPr>
          <w:trHeight w:val="425"/>
        </w:trPr>
        <w:tc>
          <w:tcPr>
            <w:tcW w:type="dxa" w:w="4762"/>
          </w:tcPr>
          <w:p/>
        </w:tc>
        <w:tc>
          <w:tcPr>
            <w:tcW w:type="dxa" w:w="306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4762"/>
          </w:tcPr>
          <w:p/>
        </w:tc>
        <w:tc>
          <w:tcPr>
            <w:tcW w:type="dxa" w:w="3061"/>
          </w:tcPr>
          <w:p/>
        </w:tc>
        <w:tc>
          <w:tcPr>
            <w:tcW w:type="dxa" w:w="2041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4. Что ученикам было трудно</w:t>
      </w:r>
    </w:p>
    <w:p>
      <w:pPr>
        <w:spacing w:after="60" w:before="0"/>
      </w:pPr>
      <w:r>
        <w:rPr>
          <w:b w:val="0"/>
          <w:color w:val="71788C"/>
          <w:sz w:val="18"/>
        </w:rPr>
        <w:t>Темы, английские термины, что сказали ученики.</w:t>
      </w:r>
    </w:p>
    <w:tbl>
      <w:tblPr>
        <w:tblW w:type="dxa" w:w="9865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nil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/>
        </w:trPr>
        <w:tc>
          <w:tcPr>
            <w:tcW w:type="dxa" w:w="9865"/>
          </w:tcPr>
          <w:p/>
        </w:tc>
      </w:tr>
      <w:tr>
        <w:trPr>
          <w:trHeight w:val="425"/>
        </w:trPr>
        <w:tc>
          <w:tcPr>
            <w:tcW w:type="dxa" w:w="9865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5. Связь с родителями</w:t>
      </w:r>
    </w:p>
    <w:p>
      <w:pPr>
        <w:spacing w:after="60" w:before="0"/>
      </w:pPr>
      <w:r>
        <w:rPr>
          <w:b w:val="0"/>
          <w:color w:val="71788C"/>
          <w:sz w:val="18"/>
        </w:rPr>
        <w:t>С кем и зачем. Только если это было.</w:t>
      </w:r>
    </w:p>
    <w:tbl>
      <w:tblPr>
        <w:tblW w:type="dxa" w:w="9865"/>
        <w:jc w:val="left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single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c>
          <w:tcPr>
            <w:tcW w:type="dxa" w:w="2835"/>
          </w:tcPr>
          <w:p>
            <w:r>
              <w:rPr>
                <w:color w:val="71788C"/>
                <w:sz w:val="15"/>
              </w:rPr>
              <w:t>РОДИТЕЛЬ УЧЕНИКА</w:t>
            </w:r>
          </w:p>
        </w:tc>
        <w:tc>
          <w:tcPr>
            <w:tcW w:type="dxa" w:w="7030"/>
          </w:tcPr>
          <w:p>
            <w:r>
              <w:rPr>
                <w:color w:val="71788C"/>
                <w:sz w:val="15"/>
              </w:rPr>
              <w:t>ЗАЧЕМ</w:t>
            </w:r>
          </w:p>
        </w:tc>
      </w:tr>
      <w:tr>
        <w:trPr>
          <w:trHeight w:val="425"/>
        </w:trPr>
        <w:tc>
          <w:tcPr>
            <w:tcW w:type="dxa" w:w="2835"/>
          </w:tcPr>
          <w:p/>
        </w:tc>
        <w:tc>
          <w:tcPr>
            <w:tcW w:type="dxa" w:w="7030"/>
          </w:tcPr>
          <w:p/>
        </w:tc>
      </w:tr>
      <w:tr>
        <w:trPr>
          <w:trHeight w:val="425"/>
        </w:trPr>
        <w:tc>
          <w:tcPr>
            <w:tcW w:type="dxa" w:w="2835"/>
          </w:tcPr>
          <w:p/>
        </w:tc>
        <w:tc>
          <w:tcPr>
            <w:tcW w:type="dxa" w:w="7030"/>
          </w:tcPr>
          <w:p/>
        </w:tc>
      </w:tr>
    </w:tbl>
    <w:p>
      <w:pPr>
        <w:spacing w:after="0" w:before="160"/>
      </w:pPr>
      <w:r>
        <w:rPr>
          <w:b/>
          <w:color w:val="0E1534"/>
          <w:sz w:val="24"/>
        </w:rPr>
        <w:t>6. Что нужно вам</w:t>
      </w:r>
    </w:p>
    <w:p>
      <w:pPr>
        <w:spacing w:after="60" w:before="0"/>
      </w:pPr>
      <w:r>
        <w:rPr>
          <w:b w:val="0"/>
          <w:color w:val="71788C"/>
          <w:sz w:val="18"/>
        </w:rPr>
        <w:t>Вопросы или помощь, о которой вы просите.</w:t>
      </w:r>
    </w:p>
    <w:tbl>
      <w:tblPr>
        <w:tblW w:type="dxa" w:w="9865"/>
        <w:tblBorders>
          <w:top w:val="nil" w:sz="4" w:space="0" w:color="BFC3CC"/>
          <w:left w:val="nil" w:sz="4" w:space="0" w:color="BFC3CC"/>
          <w:bottom w:val="single" w:sz="4" w:space="0" w:color="BFC3CC"/>
          <w:right w:val="nil" w:sz="4" w:space="0" w:color="BFC3CC"/>
          <w:insideH w:val="single" w:sz="4" w:space="0" w:color="BFC3CC"/>
          <w:insideV w:val="nil" w:sz="4" w:space="0" w:color="BFC3CC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/>
        </w:trPr>
        <w:tc>
          <w:tcPr>
            <w:tcW w:type="dxa" w:w="9865"/>
          </w:tcPr>
          <w:p/>
        </w:tc>
      </w:tr>
    </w:tbl>
    <w:p>
      <w:pPr>
        <w:spacing w:after="40" w:before="240"/>
      </w:pPr>
      <w:r>
        <w:rPr>
          <w:b/>
          <w:color w:val="0E1534"/>
          <w:sz w:val="20"/>
        </w:rPr>
        <w:t>Отправьте отчёт по электронной почте или передайте представителю вашей школы.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раз в две недели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